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02D" w:rsidRPr="00D305B9" w:rsidRDefault="005375A0">
      <w:pPr>
        <w:keepNext/>
        <w:spacing w:before="240" w:after="120"/>
        <w:jc w:val="center"/>
        <w:rPr>
          <w:lang w:val="ru-RU"/>
        </w:rPr>
      </w:pPr>
      <w:r w:rsidRPr="00D305B9">
        <w:rPr>
          <w:b/>
          <w:sz w:val="28"/>
          <w:lang w:val="ru-RU"/>
        </w:rPr>
        <w:t>ПИСЬМО О ЗАИНТЕРЕСОВАННОСТИ</w:t>
      </w:r>
    </w:p>
    <w:p w:rsidR="005375A0" w:rsidRDefault="005375A0" w:rsidP="00D305B9">
      <w:pPr>
        <w:keepNext/>
        <w:spacing w:before="240" w:after="120"/>
        <w:jc w:val="center"/>
        <w:rPr>
          <w:b/>
          <w:sz w:val="26"/>
          <w:lang w:val="ru-RU"/>
        </w:rPr>
      </w:pPr>
      <w:r w:rsidRPr="00D305B9">
        <w:rPr>
          <w:b/>
          <w:sz w:val="26"/>
          <w:lang w:val="ru-RU"/>
        </w:rPr>
        <w:t xml:space="preserve">в участии в проекте </w:t>
      </w:r>
      <w:r w:rsidRPr="005375A0">
        <w:rPr>
          <w:b/>
          <w:sz w:val="26"/>
          <w:lang w:val="ru-RU"/>
        </w:rPr>
        <w:t xml:space="preserve">создания историко-культурной платформы </w:t>
      </w:r>
    </w:p>
    <w:p w:rsidR="00A7002D" w:rsidRPr="00D305B9" w:rsidRDefault="005375A0" w:rsidP="00D305B9">
      <w:pPr>
        <w:keepNext/>
        <w:spacing w:before="240" w:after="120"/>
        <w:jc w:val="center"/>
        <w:rPr>
          <w:lang w:val="ru-RU"/>
        </w:rPr>
      </w:pPr>
      <w:r w:rsidRPr="005375A0">
        <w:rPr>
          <w:b/>
          <w:sz w:val="26"/>
          <w:lang w:val="ru-RU"/>
        </w:rPr>
        <w:t>отечественной микроэлектроники</w:t>
      </w:r>
      <w:r w:rsidR="00D305B9">
        <w:rPr>
          <w:lang w:val="ru-RU"/>
        </w:rPr>
        <w:br/>
      </w:r>
      <w:r w:rsidRPr="00D305B9">
        <w:rPr>
          <w:b/>
          <w:lang w:val="ru-RU"/>
        </w:rPr>
        <w:t>_______________________________________________________________________</w:t>
      </w:r>
    </w:p>
    <w:p w:rsidR="00A7002D" w:rsidRPr="00D305B9" w:rsidRDefault="00D305B9">
      <w:pPr>
        <w:ind w:firstLine="709"/>
        <w:jc w:val="both"/>
        <w:rPr>
          <w:lang w:val="ru-RU"/>
        </w:rPr>
      </w:pPr>
      <w:r>
        <w:rPr>
          <w:i/>
          <w:lang w:val="ru-RU"/>
        </w:rPr>
        <w:br/>
      </w:r>
      <w:r w:rsidRPr="00D305B9">
        <w:rPr>
          <w:i/>
          <w:lang w:val="ru-RU"/>
        </w:rPr>
        <w:t>(полное наименование организации)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 xml:space="preserve">сообщает о заинтересованности в участии в проекте </w:t>
      </w:r>
      <w:bookmarkStart w:id="0" w:name="_Hlk240894552"/>
      <w:r>
        <w:rPr>
          <w:lang w:val="ru-RU"/>
        </w:rPr>
        <w:t>создания</w:t>
      </w:r>
      <w:r w:rsidRPr="00D305B9">
        <w:rPr>
          <w:lang w:val="ru-RU"/>
        </w:rPr>
        <w:t xml:space="preserve"> историко-культурной платформ</w:t>
      </w:r>
      <w:r>
        <w:rPr>
          <w:lang w:val="ru-RU"/>
        </w:rPr>
        <w:t>ы</w:t>
      </w:r>
      <w:r w:rsidRPr="00D305B9">
        <w:rPr>
          <w:lang w:val="ru-RU"/>
        </w:rPr>
        <w:t xml:space="preserve"> отечественной микроэлектроники</w:t>
      </w:r>
      <w:bookmarkEnd w:id="0"/>
      <w:r w:rsidRPr="00D305B9">
        <w:rPr>
          <w:lang w:val="ru-RU"/>
        </w:rPr>
        <w:t>.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>Проект направлен на сохранение, изучение и популяризацию исторического наследия отечественной электронной промышленности, на патриотическое воспитание граждан средствами истории отечественной науки и техники и на популяризацию инженерных профессий среди молодёжи. Мы разделяем эти цели и считаем целесообразным участие нашей организаци</w:t>
      </w:r>
      <w:bookmarkStart w:id="1" w:name="_GoBack"/>
      <w:bookmarkEnd w:id="1"/>
      <w:r w:rsidRPr="00D305B9">
        <w:rPr>
          <w:lang w:val="ru-RU"/>
        </w:rPr>
        <w:t>и в работе проекта.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>Готовы рассмотреть участие в одной или нескольких из следующих форм:</w:t>
      </w:r>
    </w:p>
    <w:p w:rsidR="00A7002D" w:rsidRPr="00D305B9" w:rsidRDefault="005375A0">
      <w:pPr>
        <w:pStyle w:val="a0"/>
        <w:spacing w:after="40"/>
        <w:rPr>
          <w:lang w:val="ru-RU"/>
        </w:rPr>
      </w:pPr>
      <w:r w:rsidRPr="00D305B9">
        <w:rPr>
          <w:lang w:val="ru-RU"/>
        </w:rPr>
        <w:t>предоставление материалов, документов и фотографий из корпоративных архивов для включения в цифровой архив проекта;</w:t>
      </w:r>
    </w:p>
    <w:p w:rsidR="00A7002D" w:rsidRPr="00D305B9" w:rsidRDefault="005375A0">
      <w:pPr>
        <w:pStyle w:val="a0"/>
        <w:spacing w:after="40"/>
        <w:rPr>
          <w:lang w:val="ru-RU"/>
        </w:rPr>
      </w:pPr>
      <w:r w:rsidRPr="00D305B9">
        <w:rPr>
          <w:lang w:val="ru-RU"/>
        </w:rPr>
        <w:t>участие специалистов и ветеранов организации в мероприятиях проекта – лекциях, встречах, записи воспоминаний, экспертизе материалов;</w:t>
      </w:r>
    </w:p>
    <w:p w:rsidR="00A7002D" w:rsidRPr="00D305B9" w:rsidRDefault="005375A0">
      <w:pPr>
        <w:pStyle w:val="a0"/>
        <w:spacing w:after="40"/>
        <w:rPr>
          <w:lang w:val="ru-RU"/>
        </w:rPr>
      </w:pPr>
      <w:r w:rsidRPr="00D305B9">
        <w:rPr>
          <w:lang w:val="ru-RU"/>
        </w:rPr>
        <w:t>совместные просветительские и профориентационные мероприятия для обучающихся и молодых специалистов;</w:t>
      </w:r>
    </w:p>
    <w:p w:rsidR="00A7002D" w:rsidRPr="00D305B9" w:rsidRDefault="005375A0">
      <w:pPr>
        <w:pStyle w:val="a0"/>
        <w:spacing w:after="40"/>
        <w:rPr>
          <w:lang w:val="ru-RU"/>
        </w:rPr>
      </w:pPr>
      <w:r w:rsidRPr="00D305B9">
        <w:rPr>
          <w:lang w:val="ru-RU"/>
        </w:rPr>
        <w:t>предоставление площадок для проведения мероприятий проекта;</w:t>
      </w:r>
    </w:p>
    <w:p w:rsidR="00A7002D" w:rsidRDefault="005375A0">
      <w:pPr>
        <w:pStyle w:val="a0"/>
        <w:spacing w:after="40"/>
      </w:pPr>
      <w:proofErr w:type="spellStart"/>
      <w:r>
        <w:t>информационная</w:t>
      </w:r>
      <w:proofErr w:type="spellEnd"/>
      <w:r>
        <w:t xml:space="preserve"> поддержка </w:t>
      </w:r>
      <w:proofErr w:type="spellStart"/>
      <w:r>
        <w:t>проекта</w:t>
      </w:r>
      <w:proofErr w:type="spellEnd"/>
      <w:r>
        <w:t>.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>Для взаимодействия по вопросам проекта от нашей организации определено контактное лицо:</w:t>
      </w:r>
      <w:r w:rsidR="00D305B9">
        <w:rPr>
          <w:lang w:val="ru-RU"/>
        </w:rPr>
        <w:t xml:space="preserve"> </w:t>
      </w:r>
    </w:p>
    <w:p w:rsidR="00A7002D" w:rsidRPr="00D305B9" w:rsidRDefault="005375A0">
      <w:pPr>
        <w:rPr>
          <w:lang w:val="ru-RU"/>
        </w:rPr>
      </w:pPr>
      <w:r w:rsidRPr="00D305B9">
        <w:rPr>
          <w:lang w:val="ru-RU"/>
        </w:rPr>
        <w:t>_______________________________________________________________________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i/>
          <w:lang w:val="ru-RU"/>
        </w:rPr>
        <w:t>(должность, фамилия и инициалы, телефон, адрес электронной почты)</w:t>
      </w:r>
    </w:p>
    <w:p w:rsidR="00A7002D" w:rsidRPr="00D305B9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>Настоящее письмо выражает намерения организации, не является офертой, договором либо иным документом, порождающим юридические, в том числе финансовые, обязательства. Конкретные формы и условия участия определяются сторонами дополнительно.</w:t>
      </w:r>
    </w:p>
    <w:p w:rsidR="00A7002D" w:rsidRDefault="005375A0">
      <w:pPr>
        <w:ind w:firstLine="709"/>
        <w:jc w:val="both"/>
        <w:rPr>
          <w:lang w:val="ru-RU"/>
        </w:rPr>
      </w:pPr>
      <w:r w:rsidRPr="00D305B9">
        <w:rPr>
          <w:lang w:val="ru-RU"/>
        </w:rPr>
        <w:t>Не возражаем против указания факта поддержки проекта в информационных материалах проекта. Использование наименования и символики нашей организации осуществляется по предварительному письменному согласованию.</w:t>
      </w:r>
    </w:p>
    <w:p w:rsidR="00D305B9" w:rsidRPr="00D305B9" w:rsidRDefault="00D305B9">
      <w:pPr>
        <w:ind w:firstLine="709"/>
        <w:jc w:val="both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7002D">
        <w:trPr>
          <w:jc w:val="center"/>
        </w:trPr>
        <w:tc>
          <w:tcPr>
            <w:tcW w:w="4677" w:type="dxa"/>
            <w:shd w:val="clear" w:color="auto" w:fill="EAEEF3"/>
          </w:tcPr>
          <w:p w:rsidR="00A7002D" w:rsidRDefault="005375A0">
            <w:pPr>
              <w:spacing w:after="40" w:line="240" w:lineRule="auto"/>
            </w:pPr>
            <w:proofErr w:type="spellStart"/>
            <w:r>
              <w:rPr>
                <w:b/>
              </w:rPr>
              <w:t>Должность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уполномоченного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лица</w:t>
            </w:r>
            <w:proofErr w:type="spellEnd"/>
          </w:p>
        </w:tc>
        <w:tc>
          <w:tcPr>
            <w:tcW w:w="4677" w:type="dxa"/>
            <w:shd w:val="clear" w:color="auto" w:fill="EAEEF3"/>
          </w:tcPr>
          <w:p w:rsidR="00A7002D" w:rsidRDefault="005375A0">
            <w:pPr>
              <w:spacing w:after="40" w:line="240" w:lineRule="auto"/>
            </w:pPr>
            <w:r>
              <w:rPr>
                <w:b/>
              </w:rPr>
              <w:t>_______________ / _________________</w:t>
            </w:r>
          </w:p>
        </w:tc>
      </w:tr>
      <w:tr w:rsidR="00A7002D">
        <w:trPr>
          <w:jc w:val="center"/>
        </w:trPr>
        <w:tc>
          <w:tcPr>
            <w:tcW w:w="4677" w:type="dxa"/>
          </w:tcPr>
          <w:p w:rsidR="00A7002D" w:rsidRDefault="00A7002D">
            <w:pPr>
              <w:spacing w:after="40" w:line="240" w:lineRule="auto"/>
            </w:pPr>
          </w:p>
        </w:tc>
        <w:tc>
          <w:tcPr>
            <w:tcW w:w="4677" w:type="dxa"/>
          </w:tcPr>
          <w:p w:rsidR="00A7002D" w:rsidRDefault="005375A0">
            <w:pPr>
              <w:spacing w:after="40" w:line="240" w:lineRule="auto"/>
            </w:pPr>
            <w:r>
              <w:t>М.П.</w:t>
            </w:r>
          </w:p>
        </w:tc>
      </w:tr>
    </w:tbl>
    <w:p w:rsidR="00A7002D" w:rsidRDefault="00A7002D"/>
    <w:sectPr w:rsidR="00A7002D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160"/>
    <w:rsid w:val="00034616"/>
    <w:rsid w:val="0006063C"/>
    <w:rsid w:val="0015074B"/>
    <w:rsid w:val="0029639D"/>
    <w:rsid w:val="00326F90"/>
    <w:rsid w:val="005375A0"/>
    <w:rsid w:val="005A0520"/>
    <w:rsid w:val="00A7002D"/>
    <w:rsid w:val="00AA1D8D"/>
    <w:rsid w:val="00B47730"/>
    <w:rsid w:val="00CB0664"/>
    <w:rsid w:val="00D30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E4FF24-B089-0C4B-BB85-CD2D63D8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206FAE-5D36-4AB3-97AE-97C35AF6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 Письмо о заинтересованности - бланк партнёра</vt:lpstr>
      <vt:lpstr/>
    </vt:vector>
  </TitlesOfParts>
  <Manager/>
  <Company/>
  <LinksUpToDate>false</LinksUpToDate>
  <CharactersWithSpaces>1963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Письмо о заинтересованности - бланк партнёра</dc:title>
  <dc:subject/>
  <dc:creator>Борисенко Егор Тимофеевич</dc:creator>
  <cp:keywords/>
  <dc:description/>
  <cp:lastModifiedBy>Борисенко Егор Тимофеевич</cp:lastModifiedBy>
  <cp:revision>2</cp:revision>
  <dcterms:created xsi:type="dcterms:W3CDTF">2026-09-21T11:56:00Z</dcterms:created>
  <dcterms:modified xsi:type="dcterms:W3CDTF">2026-09-21T11:56:00Z</dcterms:modified>
  <cp:category/>
  <dc:identifier/>
  <cp:contentStatus/>
  <dc:language>ru-RU</dc:language>
  <cp:version/>
</cp:coreProperties>
</file>